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Schnittstellenkoordination bei Holzbauvorhaben: Tragwerk, Haustechnik und Montage im Einklang · Arbeitsblatt mit Checkliste</w:t>
      </w:r>
    </w:p>
    <w:p>
      <w:r>
        <w:t>Für die praktische Planung: Schnittstellenkoordination bei Holzbauvorhaben ist mehr als ein Planungsdetail – sie entscheidet darüber, ob ein Bauprojekt reibungslos verläuft oder auf der Baustelle teuer nachgebessert werden muss. Dieser Ratgeber zeigt, warum das Zusammenspiel von Tragwerk, Haustechnik und Montage frühzeitig abgestimmt werden muss und welche konkreten Prüfpunkte dabei helfen, typische Fehlerquellen zu vermeiden.</w:t>
      </w:r>
    </w:p>
    <w:p>
      <w:pPr>
        <w:pStyle w:val="Heading1"/>
      </w:pPr>
      <w:r>
        <w:t>Warum Schnittstellenprobleme teuer werden können</w:t>
      </w:r>
    </w:p>
    <w:p>
      <w:r>
        <w:t>Bei Holzbauvorhaben arbeiten mehrere Gewerke an einem gemeinsamen Ziel, sind aber separat geplant. Tragwerk, Haustechnik und Montage treffen an Öffnungen, Leitungswegen und Bauteilübergängen aufeinander. Werden diese Punkte erst auf der Baustelle entschieden, entstehen häufig Improvisationen, die später weder funktional noch wirtschaftlich optimal sind. Die Luftdichtheit einer Holzbaukonstruktion beispielsweise wird bereits in der Planungsphase entschieden – nachträgliche Korrekturen sind aufwendig und kostspielig. Eine frühzeitige Koordination verhindert, dass Anschlüsse erst vor Ort improvisiert werden müssen, und schafft klare Verhältnisse für alle Beteiligten.</w:t>
      </w:r>
    </w:p>
    <w:p>
      <w:pPr>
        <w:pStyle w:val="Heading1"/>
      </w:pPr>
      <w:r>
        <w:t>Drei Ebenen, die zusammen gedacht werden müssen</w:t>
      </w:r>
    </w:p>
    <w:p>
      <w:r>
        <w:t>Die Schnittstellenkoordination beginnt in der Planungsphase, setzt sich in der Vorfertigung fort und mündet in der Montage auf der Baustelle. In der Planung werden Maße, Öffnungen und Leitungswege festgelegt. Im Holzrahmenbau gehören Tragwerk, aussteifende Beplankung und Wandaufbau zusammen – Änderungen an einer Stelle betreffen oft mehrere Ebenen. Die Vorfertigung lohnt sich nur, wenn die Randbedingungen vorher geklärt sind. Öffnungen, Maße und wesentliche Leitungswege sollten vor dem Zuschnitt der Elemente abgestimmt sein. Lagerung, Transport und Montage benötigen zudem einen passenden Baustellenzugang sowie einen klaren Ablaufplan für die Reihenfolge der Gewerke.</w:t>
      </w:r>
    </w:p>
    <w:p>
      <w:pPr>
        <w:pStyle w:val="Heading1"/>
      </w:pPr>
      <w:r>
        <w:t>Typische Reibungspunkte zwischen den Gewerken</w:t>
      </w:r>
    </w:p>
    <w:p>
      <w:r>
        <w:t>Bestimmte Schnittstellen treten bei Holzbauvorhaben immer wieder auf. Durchdringungen der luftdichten Ebene entstehen, wenn Leitungen und Lüftungsrohre durch Dampfbremsen und Beplankungen geführt werden – ihre Lage muss mit dem Tragwerk und der Dämmung gemeinsam geplant werden. Bei Anbauten treffen unterschiedliche Bauteile und unter Umständen unterschiedliche Bewegungen aufeinander, weshalb Abdichtung und Anschlussdetails vor den Oberflächenarbeiten festgelegt werden müssen. Bei Dachstuhlsanierungen müssen Tragwerksreparatur und Arbeiten an Eindeckung oder Entwässerung aufeinander abgestimmt werden, damit keine Feuchtigkeit im Holz verbleibt. Auch Fußbodenhöhen und Geländeanschlüsse sollten zusammenpassen, besonders bei schwellenarmen Übergängen.</w:t>
      </w:r>
    </w:p>
    <w:p>
      <w:pPr>
        <w:pStyle w:val="Heading1"/>
      </w:pPr>
      <w:r>
        <w:t>Was eine frühe Abstimmung leistet</w:t>
      </w:r>
    </w:p>
    <w:p>
      <w:r>
        <w:t>Wer Tragwerksplanung, Holzbau und Haustechnik früh zusammenbringt, verhindert, dass Anschlüsse auf der Baustelle improvisiert werden. Das spart nicht nur Zeit, sondern reduziert das Risiko, dass ein Bauteil nach dem Schließen der Wand nicht mehr erreichbar ist. Für eine erste Einschätzung helfen vorhandene Pläne, Fotos, ungefähre Abmessungen sowie Angaben zur Nutzung und zum Fundament. Werden gleichzeitig andere Eingriffe wie eine Dachdämmung geplant, wird deren Aufbau und Anschluss vor dem Verdecken des Holzes abgestimmt. Eine strukturierte Erfassung der Rahmenbedingungen zu Beginn eines Vorhabens erleichtert die Abstimmung zwischen den beteiligten Gewerken erheblich.</w:t>
      </w:r>
    </w:p>
    <w:p>
      <w:pPr>
        <w:pStyle w:val="Heading1"/>
      </w:pPr>
      <w:r>
        <w:t>Prüfpunkte vor der Ausführung</w:t>
      </w:r>
    </w:p>
    <w:p>
      <w:r>
        <w:t>Bevor die Ausführung beginnt, sollten mehrere Punkte schriftlich fixiert sein. Sind Öffnungen, Leitungswege und Übergänge zwischen Planung, Vorfertigung und Montage vollständig dokumentiert? Ist die Reihenfolge der Gewerke festgelegt, sodass Anschlüsse nicht verdeckt werden, bevor sie hergestellt sind? Gehören Witterungsschutz, Transport und Baustellenzugang zum Vorfertigungskonzept? Werden Lastabtrag, Gründung und Anschlussdetails gemeinsam mit Tragwerk und Gebäudehülle abgestimmt? Diese Fragen ersetzen keine professionelle Planung, aber sie helfen, die wesentlichen Schnittstellen bewusst zu machen. Je klarer diese Punkte vor Produktionsbeginn dokumentiert sind, desto weniger muss vor Ort entschieden werden.</w:t>
      </w:r>
    </w:p>
    <w:p>
      <w:pPr>
        <w:pStyle w:val="Heading1"/>
      </w:pPr>
      <w:r>
        <w:t>Weitere Dokumente zum Thema</w:t>
      </w:r>
    </w:p>
    <w:p>
      <w:hyperlink r:id="rId9">
        <w:r>
          <w:rPr>
            <w:color w:val="087E75"/>
          </w:rPr>
          <w:t>Schnittstellenkoordination bei Holzbauvorhaben: Tragwerk, Haustechnik und Montage im Einklang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pages.dev/schnittstellenkoordination-bei-holzbauvorhaben/" TargetMode="External"/><Relationship Id="rId10" Type="http://schemas.openxmlformats.org/officeDocument/2006/relationships/hyperlink" Target="https://spreeholzbau.pages.dev/dateien/minimax-80ff94e6cfc0f1549d20944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